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الجزائري المعاصر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صالح الجابري/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9789953781426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