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الوظيفية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رابح بومعزة/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الجملة الوظيفية/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