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التواصل بالتراث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صادق عيسى الخضور/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الشعراء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