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الحب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الحديث/ صورة الحب/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