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وسيكولوجية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سمير شريف استيتية/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24/17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البلاغة/ السيكولوجية/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