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الأدبي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9789957061951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النقد الحديث/ الألسنية/ العلوم الإنسانية/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