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أدبيات في أدب المرأة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سيد محمد السيد قطب/ د عبد المعطي صالح/ د عيسى مرسي سليم/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9789771605133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السرد النسائي/ الذات/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