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الكتابة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علامات الترقيم/ أسلوب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