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عبد الفتاح نافع/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العباسي الأول/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