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النص الشعري و أليات القراءة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فوزي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المعرفة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النص الشعري/ آليات القراءة/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