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تحولات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القادر الرباعي/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9789957380779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