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الأوراق التجارية والإفلاس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السيد الفقي/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الاوراق التجارية/ الافلاس/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