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تامر البكري/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الميزة التنافسية/ استراتيجية السوق/ البيئة التسويقية/ التسعير/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