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الإدارة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علي عباس/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مكتبة الجامعة/ دار إثراء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9789957493288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الاستثمار/ الرأسمالية/ رأس المال/ الترويج/ الادارة/ التحليل المالي/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