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رعد عبد الله الطائي/ د عيسى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9789957121419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الجودة/ ادارة الاعمال/ الادارة الاستراتيجية/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