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والإنتاج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الانتاج/ ادارة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