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أساسيات التسويق:الجزء الأول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فيليب كوتلر/ جاري ارمسترونج/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المريخ/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621ص.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جداول وبيانات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26*19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9960246191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المستهلك/ الميزة التنافسية/ السوق العالمي/ التسعيرة/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