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التنمية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مدحت القريشي/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9789957116958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التنمية/ الاداري الاقتصاد/ التخلف/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