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الربح والخسارة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عادل عبد الفضيل 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9773790256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الربح/ المصارف الاسلامية/ الخسارة/ الفقه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