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الطاقة والتنمية في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علي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9775673747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الوطن العربي/ البترول/ التعاون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