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الاقتصادي العالمي الجديد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ليستر ثورو/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الدر الدولية للإستثمارات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6222006645120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البرج العالمي/ مدير المعرفة/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