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للتحليل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الصرف/ النقد/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