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تقويم الأداء في الوحدات الإقتصادية باستخدام النسب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مجيد جعفر الكرخي/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المناهج/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658146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الادارة/ الوحدة الاقتصادية/ تقويم الاداء/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