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العالمي الجديد ومشاكل العالم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هارالد نويبرت/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الطليعة/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الاستعمار/ أمريكا/ اوروبا/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