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وإقتصاد السوق الحرة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السوق الحرة/ النظام العالمي الجديد/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