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طاقة/ د محمد الزيود/ د. وليد أحمد صافي/ د حسين عجلان/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9789957493349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