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 والتصحيحات الهيكلية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9961002571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العام/ اقتصاديات السوق/ البيروسترويكا/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