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منصور بن عوف عبد الكريم/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101033920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الرياضيات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