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الاتجاهات المعاصرة في إدارة البنوك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 د زياد رمضان/ محفوظ جودة/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333ص.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9789957111021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البنوك/ الادارة المالية/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