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الكلي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بريبش السعيد/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سلسلة أسئلة وتمارين محلولة(N°:None)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9789961909188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الكلي/ التوازن الاقتصادي/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