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في دراسة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أعمر يحياوي/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الايرادات العامة/ النفقات/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