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العملة والنقود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هني/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OPU2931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العملة/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