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إبراهيم بختي/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9789961008805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الالكترونية/ الانترنيت/ المؤسسة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