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النظريات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بلعزوز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التضخم/ النظريات النقدية/ الاصلاح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