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فلاح حسن الحسيني/ مؤيد عبد الرحمن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9789957110741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البنوك/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