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9781234567897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 المصرفية/ الأوراق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