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أكرم حداد/ مشهور هدول/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9799957116216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النقود/ التضخم/ النظريات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