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المائة كلمة في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جان بول بتبير/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طريق المعرفة(N°:None)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