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طارق الحاج/ 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الأسعار/ الطلب/ الانتاج/ الاسواق/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