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الإقتصاد السياسي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دويدار/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9789953486505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الثمن/ سلوك المستهلك/ الرأسمالية/ النظريات الاقتصادية/ الاقتصاد السياسي/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