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 الجزئية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علي عبد الوهاب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الطلب/ المستهلك/ العرض/ الانتاج/ علم الاقتصاد/ المشروعات/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