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نتجات ال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3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نتجات/ تطوير المنت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