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فوزي ملوخية/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 الإسكندرية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977388242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سلوك المستهلك/ المشكلة الاقتصادية/ نظرية الثمن/ نظرية الانتاج/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