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تخطيط ورقابة التخزين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جاسم ناصر حسين/ صباح مجيد النجار/ حميد خير الله سلمان/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9789957121310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التخطيط/ الرقابة/ التخزين/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