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النقد العالمي وأسعار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السيولة/ اسعار الصرف/ النظام النقدي العالمي/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