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الاقتصاد النقدي والمصرفي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النظام النقدي/ النظام المصرفي/ التضخم/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