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والأسواق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محاسبة الاستثمارات/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