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الجزئي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 محمد صفوت قابل/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جامعة المنوفية/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الخدمات/ المشكلة الاقتصادية/ النظام الاقتصادي/ السلع/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