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البنيوية والتفكيك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مجموعة من الكتاب/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