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خالد إبراهيم التلاحمة/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9789957116880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الأوراق المالية/ القانون التجارى/ الاوراق التجارية/ العمليات المصرفية/ شركات الأموال/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